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מרץ – שמח בחלקו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הנאה רגעית לבין שמחה עמוקה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את הרעיון 'איזהו עשיר - השמח בחלקו' מול תרבות ההשוואה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מקורות שמחה אישיים ולתרגל שיתוף שמחה עם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עשיר הוא מי ששמח במה שיש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הצפייה בסטוריז של חברות מהשכבה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שאיפה היא רצון להתקדם, תחושת חוסר היא הרגשה שתמיד חסר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דרך לשמח מישהו אחר ולהעביר הלאה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לכתוב שלושה דברים טובים שיש לי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שמחה היא גם יכולת לשים לב למה שיש, לא רק תוצאה של אירועים חיצוניים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הבדל בין שאיפה בריאה לבין תחושת חוסר מתמדת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שמחה אמיתית לא מחייבת להעמיד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ראיית חיים אחרים דרך מסך יוצרת תחושת חוסר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הערב היה טוב לה עד שהיא השוותה אותו למה שראתה ברשת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חופשה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מדבקת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(יכולת לשים לב למה שיש וליצור רגעים טובים)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(תחושה נעימה ורגעית, למשל מטעם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(להסתכל על מה שיש לאחרים ולמדוד את עצמי מולם)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שיש לאדם, המנה שניתנה לו בחיים)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(הרגשה מתמדת שחסר לי משהו גם כשיש לי הרבה)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להשלכות של כל בחירה, ואפשר להציע אפשרות רביעית כמו לשתף מישהו בתחושה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חיפוש אחר רגעים קטנים ופשוטים ביום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הנאה קשורה לרגע חיצוני, שמחה קשורה גם ליכולת פנימית לשים לב למה שיש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המבט של רוני השתנה בעקבות השוואה, לא הערב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שאיפה היא רצון בריא להתקדם, תחושת חוסר היא הרגשה מתמדת שאין לי מספיק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בקריאת כמה פתקים אנונימיים מ'מפת השמחה'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שהדף לא שולל שאיפה להתקדם, אלא מבחין בינה לבין תחושת חוסר מתמדת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של רוני כדאי לתת מקום לכמה תשובות אפשריות ולא רק לתשובה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מרץ – שמח בחלקו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שמחה היא לא רק תוצאה של מה שקורה סביבנו - היא גם יכולת לשים לב למה שיש לנו וליצור רגעים טובים. בדף הזה נבחן דרך הסיפור על רוני איך השוואה פוגעת בשמחה, ונתרגל דרכים לשמוח במה שיש.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'איזהו עשיר - השמח בחלקו'?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עשיר הוא מי שיש לו הרבה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עשיר הוא מי ששמח במה שיש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עשיר הוא מי שלא רוצה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עשיר הוא מי שמשווה את עצמו לאחרים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גרם לרוני להרגיש שהערב שלה 'לא שווה'?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הגשם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הצפייה בסטוריז של חברות מהשכבה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הפופקורן לא היה טעים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אחיה הקטן הפריע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שאיפה לבין תחושת חוסר?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שאיפה היא רצון להתקדם, תחושת חוסר היא הרגשה שתמיד חסר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שאיפה היא רעה ותחושת חוסר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שאיפה קשורה לכסף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'שמחה מדבקת'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 שקונים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 לשמח מישהו אחר ולהעביר הלאה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 שרואים רק ברשתות 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תחושה שקשורה למחלה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מציע התרגיל 'שלוש טובות'?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שלושה דברים רעים שקרו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שלושה דברים טובים שיש לי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שלוש תמונות לסטורי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להשוות בין שלושה חברים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שמחה תלויה תמיד רק במה שקורה מסביבנו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 בחלקו' פירושו לוותר על כל שאיפה להתקדם בחיים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להיות עצובים לפעמים גם כשמנסים לשמוח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ברשתות חברתיות יכולה לפגוע בתחושת השמחה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הערב של רוני היה משעמם מההתחלה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המשנה, 'איזהו עשיר - ה__________ בחלקו'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רוני ישבה עם אחיה הקטנים ובנתה איתם __________ מקוביות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כשרוני פתחה את הטלפון היא ראתה תמונות מ__________ ומהופעה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בתרגיל 'שלוש טובות' כל אחד כותב שלושה דברים __________ שיש לו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'שמחה __________' היא כשבוחרים דרך לשמח מישהו אחר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הרגשה מתמדת שחסר לי משהו גם כשיש לי הרבה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שיש לאדם, המנה שניתנה לו בחיים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יכולת לשים לב למה שיש וליצור רגעים טובים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להסתכל על מה שיש לאחרים ולמדוד את עצמי מולם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תחושת חוסר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תחושה נעימה ורגעית, למשל מטעם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אומרים לרוני לגבי הבחירה שלה - להמשיך לגלול, לצלם סטורי, או לשים את הטלפון בצד? האם יש גם אפשרות רביעית?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דברים טובים שקרו לכם היום, בלי קשר לכסף או להישגים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הנאה רגעית לשמחה עמוקה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'גנב' לרוני את השמחה - הערב עצמו או המבט שלה עליו?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הבדל אחד בין שאיפה להתקדם לבין תחושת חוסר?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מרץ – שמח בחלקו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